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/>
          <w:b/>
          <w:sz w:val="30"/>
        </w:rPr>
        <w:t>ЗАЯВЛЕНИЕ</w:t>
      </w:r>
    </w:p>
    <w:p>
      <w:pPr>
        <w:spacing w:after="160"/>
        <w:jc w:val="center"/>
      </w:pPr>
      <w:r>
        <w:rPr>
          <w:rFonts w:ascii="Arial" w:hAnsi="Arial"/>
          <w:b/>
          <w:sz w:val="21"/>
        </w:rPr>
        <w:t>об отказе от передачи в ЕГИСЗ сведений, передача которых осуществляется исключительно на основании согласия пациента</w:t>
      </w:r>
    </w:p>
    <w:p>
      <w:pPr>
        <w:spacing w:after="140" w:line="259" w:lineRule="auto"/>
        <w:jc w:val="left"/>
      </w:pPr>
      <w:r>
        <w:rPr>
          <w:rFonts w:ascii="Arial" w:hAnsi="Arial"/>
          <w:b w:val="0"/>
          <w:sz w:val="20"/>
        </w:rPr>
        <w:t>В ООО МЕДИЦИНСКИЙ ЦЕНТР "ДИОНИС"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FF2C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ВАЖНО: настоящее заявление не является полным отказом от ЕГИСЗ и не освобождает медицинскую организацию от передачи сведений, которую она обязана осуществлять в силу законодательства Российской Федерации.</w:t>
            </w:r>
          </w:p>
        </w:tc>
      </w:tr>
    </w:tbl>
    <w:p>
      <w:pPr>
        <w:pStyle w:val="Heading1"/>
        <w:spacing w:before="140" w:after="80"/>
      </w:pPr>
      <w:r>
        <w:rPr>
          <w:rFonts w:ascii="Arial" w:hAnsi="Arial"/>
          <w:b/>
          <w:sz w:val="24"/>
        </w:rPr>
        <w:t>1. Сведения о пациенте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35"/>
        <w:gridCol w:w="6803"/>
      </w:tblGrid>
      <w:tr>
        <w:trPr>
          <w:cantSplit/>
        </w:trPr>
        <w:tc>
          <w:tcPr>
            <w:tcW w:type="dxa" w:w="51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sz w:val="19"/>
              </w:rPr>
              <w:t>Ф.И.О.</w:t>
            </w:r>
          </w:p>
        </w:tc>
        <w:tc>
          <w:tcPr>
            <w:tcW w:type="dxa" w:w="51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sz w:val="19"/>
              </w:rPr>
              <w:t>________________________________________________________________________________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sz w:val="19"/>
              </w:rPr>
              <w:t>Дата рождения</w:t>
            </w:r>
          </w:p>
        </w:tc>
        <w:tc>
          <w:tcPr>
            <w:tcW w:type="dxa" w:w="51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sz w:val="19"/>
              </w:rPr>
              <w:t>«___» __________ ______ г.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sz w:val="19"/>
              </w:rPr>
              <w:t>Документ, удостоверяющий личность</w:t>
            </w:r>
          </w:p>
        </w:tc>
        <w:tc>
          <w:tcPr>
            <w:tcW w:type="dxa" w:w="51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sz w:val="19"/>
              </w:rPr>
              <w:t>________________________________________________________________________________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sz w:val="19"/>
              </w:rPr>
              <w:t>Телефон / e-mail (при наличии)</w:t>
            </w:r>
          </w:p>
        </w:tc>
        <w:tc>
          <w:tcPr>
            <w:tcW w:type="dxa" w:w="51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sz w:val="19"/>
              </w:rPr>
              <w:t>________________________________________________________________________________</w:t>
            </w:r>
          </w:p>
        </w:tc>
      </w:tr>
    </w:tbl>
    <w:p>
      <w:pPr>
        <w:pStyle w:val="Heading1"/>
        <w:spacing w:before="140" w:after="80"/>
      </w:pPr>
      <w:r>
        <w:rPr>
          <w:rFonts w:ascii="Arial" w:hAnsi="Arial"/>
          <w:b/>
          <w:sz w:val="24"/>
        </w:rPr>
        <w:t>2. Законный представитель (если применимо)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35"/>
        <w:gridCol w:w="6803"/>
      </w:tblGrid>
      <w:tr>
        <w:trPr>
          <w:cantSplit/>
        </w:trPr>
        <w:tc>
          <w:tcPr>
            <w:tcW w:type="dxa" w:w="51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sz w:val="19"/>
              </w:rPr>
              <w:t>Ф.И.О.</w:t>
            </w:r>
          </w:p>
        </w:tc>
        <w:tc>
          <w:tcPr>
            <w:tcW w:type="dxa" w:w="51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sz w:val="19"/>
              </w:rPr>
              <w:t>________________________________________________________________________________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sz w:val="19"/>
              </w:rPr>
              <w:t>Документ, удостоверяющий личность</w:t>
            </w:r>
          </w:p>
        </w:tc>
        <w:tc>
          <w:tcPr>
            <w:tcW w:type="dxa" w:w="51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sz w:val="19"/>
              </w:rPr>
              <w:t>________________________________________________________________________________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sz w:val="19"/>
              </w:rPr>
              <w:t>Основание полномочий</w:t>
            </w:r>
          </w:p>
        </w:tc>
        <w:tc>
          <w:tcPr>
            <w:tcW w:type="dxa" w:w="51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sz w:val="19"/>
              </w:rPr>
              <w:t>________________________________________________________________________________</w:t>
            </w:r>
          </w:p>
        </w:tc>
      </w:tr>
    </w:tbl>
    <w:p>
      <w:pPr>
        <w:pStyle w:val="Heading1"/>
        <w:spacing w:before="140" w:after="80"/>
      </w:pPr>
      <w:r>
        <w:rPr>
          <w:rFonts w:ascii="Arial" w:hAnsi="Arial"/>
          <w:b/>
          <w:sz w:val="24"/>
        </w:rPr>
        <w:t>3. Волеизъявление пациента</w:t>
      </w:r>
    </w:p>
    <w:p>
      <w:pPr>
        <w:spacing w:after="120" w:line="259" w:lineRule="auto"/>
      </w:pPr>
      <w:r>
        <w:rPr>
          <w:rFonts w:ascii="Arial" w:hAnsi="Arial"/>
          <w:b w:val="0"/>
          <w:sz w:val="20"/>
        </w:rPr>
        <w:t>Я прошу ООО МЕДИЦИНСКИЙ ЦЕНТР "ДИОНИС" не передавать (не размещать) в Единой государственной информационной системе в сфере здравоохранения (ЕГИСЗ) медицинскую документацию и/или сведения о состоянии моего здоровья в той части, в которой такая передача по законодательству Российской Федерации допускается исключительно на основании моего согласия.</w:t>
      </w:r>
    </w:p>
    <w:p>
      <w:pPr>
        <w:spacing w:after="60" w:line="259" w:lineRule="auto"/>
      </w:pPr>
      <w:r>
        <w:rPr>
          <w:rFonts w:ascii="Arial" w:hAnsi="Arial"/>
          <w:b w:val="0"/>
          <w:sz w:val="20"/>
        </w:rPr>
        <w:t>□ Отказываюсь от предоставления такого согласия на будущую передачу.</w:t>
      </w:r>
    </w:p>
    <w:p>
      <w:pPr>
        <w:spacing w:after="120" w:line="259" w:lineRule="auto"/>
      </w:pPr>
      <w:r>
        <w:rPr>
          <w:rFonts w:ascii="Arial" w:hAnsi="Arial"/>
          <w:b w:val="0"/>
          <w:sz w:val="20"/>
        </w:rPr>
        <w:t>□ Отзываю ранее данное мной согласие на такую передачу в части, в которой обработка и передача осуществлялись исключительно на основании моего согласия.</w:t>
      </w:r>
    </w:p>
    <w:p>
      <w:pPr>
        <w:spacing w:after="120" w:line="259" w:lineRule="auto"/>
      </w:pPr>
      <w:r>
        <w:rPr>
          <w:rFonts w:ascii="Arial" w:hAnsi="Arial"/>
          <w:b w:val="0"/>
          <w:sz w:val="18"/>
        </w:rPr>
        <w:t>Если ранее мной не предоставлялось соответствующее согласие, отметка об отзыве не применяется.</w:t>
      </w:r>
    </w:p>
    <w:p>
      <w:pPr>
        <w:pStyle w:val="Heading1"/>
        <w:spacing w:before="140" w:after="80"/>
      </w:pPr>
      <w:r>
        <w:rPr>
          <w:rFonts w:ascii="Arial" w:hAnsi="Arial"/>
          <w:b/>
          <w:sz w:val="24"/>
        </w:rPr>
        <w:t>4. Пределы настоящего заявления</w:t>
      </w:r>
    </w:p>
    <w:p>
      <w:pPr>
        <w:spacing w:after="120" w:line="259" w:lineRule="auto"/>
      </w:pPr>
      <w:r>
        <w:rPr>
          <w:rFonts w:ascii="Arial" w:hAnsi="Arial"/>
          <w:b/>
          <w:sz w:val="20"/>
        </w:rPr>
        <w:t>Я понимаю и подтверждаю, что настоящее заявление не распространяется на сведения, которые медицинская организация обязана представлять в ЕГИСЗ независимо от моего согласия в соответствии с Федеральным законом от 21.11.2011 № 323-ФЗ, Постановлением Правительства РФ от 09.02.2022 № 140 и иными обязательными нормативными правовыми актами.</w:t>
      </w:r>
    </w:p>
    <w:p>
      <w:pPr>
        <w:spacing w:after="120" w:line="259" w:lineRule="auto"/>
      </w:pPr>
      <w:r>
        <w:rPr>
          <w:rFonts w:ascii="Arial" w:hAnsi="Arial"/>
          <w:b w:val="0"/>
          <w:sz w:val="20"/>
        </w:rPr>
        <w:t>Я уведомлен(а), что законодательство о персональных данных допускает обработку персональных данных без согласия субъекта, когда такая обработка необходима для исполнения возложенных законом на оператора функций, полномочий и обязанностей.</w:t>
      </w:r>
    </w:p>
    <w:p>
      <w:pPr>
        <w:spacing w:after="120" w:line="259" w:lineRule="auto"/>
      </w:pPr>
      <w:r>
        <w:rPr>
          <w:rFonts w:ascii="Arial" w:hAnsi="Arial"/>
          <w:b w:val="0"/>
          <w:sz w:val="20"/>
        </w:rPr>
        <w:t>Настоящее заявление не является основанием для удаления, блокирования или прекращения обработки сведений, если их дальнейшее хранение, обработка или передача обязательны по закону.</w:t>
      </w:r>
    </w:p>
    <w:p>
      <w:pPr>
        <w:spacing w:after="120" w:line="259" w:lineRule="auto"/>
      </w:pPr>
      <w:r>
        <w:rPr>
          <w:rFonts w:ascii="Arial" w:hAnsi="Arial"/>
          <w:b w:val="0"/>
          <w:sz w:val="20"/>
        </w:rPr>
        <w:t>Отказ от необязательной передачи сведений в ЕГИСЗ сам по себе не является отказом от медицинской помощи и не прекращает договор на оказание платных медицинских услуг.</w:t>
      </w:r>
    </w:p>
    <w:p>
      <w:pPr>
        <w:pStyle w:val="Heading1"/>
        <w:spacing w:before="140" w:after="80"/>
      </w:pPr>
      <w:r>
        <w:rPr>
          <w:rFonts w:ascii="Arial" w:hAnsi="Arial"/>
          <w:b/>
          <w:sz w:val="24"/>
        </w:rPr>
        <w:t>5. Подтверждение</w:t>
      </w:r>
    </w:p>
    <w:p>
      <w:pPr>
        <w:spacing w:after="160" w:line="259" w:lineRule="auto"/>
      </w:pPr>
      <w:r>
        <w:rPr>
          <w:rFonts w:ascii="Arial" w:hAnsi="Arial"/>
          <w:b w:val="0"/>
          <w:sz w:val="20"/>
        </w:rPr>
        <w:t>Содержание заявления мне понятно. Разъяснение о том, что медицинская организация продолжает передавать в ЕГИСЗ сведения, обязательные к передаче по закону, получено.</w:t>
      </w:r>
    </w:p>
    <w:p>
      <w:pPr>
        <w:spacing w:after="120" w:line="259" w:lineRule="auto"/>
      </w:pPr>
      <w:r>
        <w:rPr>
          <w:rFonts w:ascii="Arial" w:hAnsi="Arial"/>
          <w:b w:val="0"/>
          <w:sz w:val="20"/>
        </w:rPr>
        <w:t>Дата: «___» __________ 20___ г.     Подпись пациента/представителя: __________________ / ____________________________</w:t>
      </w:r>
    </w:p>
    <w:p>
      <w:pPr>
        <w:spacing w:after="160" w:line="259" w:lineRule="auto"/>
      </w:pPr>
      <w:r>
        <w:rPr>
          <w:rFonts w:ascii="Arial" w:hAnsi="Arial"/>
          <w:b w:val="0"/>
          <w:sz w:val="20"/>
        </w:rPr>
        <w:t>Заявление принял: ________________________________     Дата регистрации: «___» __________ 20___ г.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DEDED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ДЛЯ АДМИНИСТРАТОРА: зарегистрировать заявление и передать ответственному за организацию обработки персональных данных/ЕГИСЗ. Не использовать заявление как основание для прекращения обязательной передачи сведений в ЕГИСЗ.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ООО МЕДИЦИНСКИЙ ЦЕНТР "ДИОНИС" • рабочая редакция 18.08.2026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