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160"/>
        <w:jc w:val="center"/>
      </w:pPr>
      <w:r>
        <w:rPr>
          <w:rFonts w:ascii="Arial" w:hAnsi="Arial"/>
          <w:b/>
          <w:color w:val="1D1D1B"/>
          <w:sz w:val="30"/>
        </w:rPr>
        <w:t>СОГЛАСИЕ</w:t>
      </w:r>
    </w:p>
    <w:p>
      <w:pPr>
        <w:spacing w:after="160"/>
        <w:jc w:val="center"/>
      </w:pPr>
      <w:r>
        <w:rPr>
          <w:i/>
          <w:color w:val="646464"/>
          <w:sz w:val="19"/>
        </w:rPr>
        <w:t>на предоставление сведений, составляющих врачебную тайну</w:t>
      </w:r>
    </w:p>
    <w:p>
      <w:pPr>
        <w:jc w:val="center"/>
      </w:pPr>
      <w:r>
        <w:rPr>
          <w:b/>
          <w:color w:val="5C828A"/>
          <w:sz w:val="17"/>
        </w:rPr>
        <w:t>Опциональный документ - для назначения доверенных лиц</w:t>
      </w:r>
    </w:p>
    <w:p>
      <w:pPr>
        <w:keepLines w:val="0"/>
      </w:pPr>
      <w:r>
        <w:rPr>
          <w:i w:val="0"/>
        </w:rPr>
        <w:t>Я, __________________________________________________________________________________________,</w:t>
      </w:r>
    </w:p>
    <w:p>
      <w:pPr>
        <w:keepLines w:val="0"/>
      </w:pPr>
      <w:r>
        <w:rPr>
          <w:i w:val="0"/>
        </w:rPr>
        <w:t>дата рождения ____/____/________, паспорт ____________________________, телефон ____________________________,</w:t>
      </w:r>
    </w:p>
    <w:p>
      <w:pPr>
        <w:keepLines w:val="0"/>
      </w:pPr>
      <w:r>
        <w:rPr>
          <w:i w:val="0"/>
        </w:rPr>
        <w:t>разрешаю ООО МЕДИЦИНСКИЙ ЦЕНТР "ДИОНИС" предоставлять указанным ниже лицам сведения обо мне, составляющие врачебную тайну, в выбранном мной объеме и способом.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rPr>
          <w:cantSplit/>
        </w:trPr>
        <w:tc>
          <w:tcPr>
            <w:tcW w:type="dxa" w:w="2040"/>
            <w:shd w:fill="DCE9EC"/>
          </w:tcPr>
          <w:p>
            <w:r>
              <w:rPr>
                <w:b/>
              </w:rPr>
              <w:t>ФИО доверенного лица</w:t>
            </w:r>
          </w:p>
        </w:tc>
        <w:tc>
          <w:tcPr>
            <w:tcW w:type="dxa" w:w="2040"/>
            <w:shd w:fill="DCE9EC"/>
          </w:tcPr>
          <w:p>
            <w:r>
              <w:rPr>
                <w:b/>
              </w:rPr>
              <w:t>Дата рождения / связь</w:t>
            </w:r>
          </w:p>
        </w:tc>
        <w:tc>
          <w:tcPr>
            <w:tcW w:type="dxa" w:w="2040"/>
            <w:shd w:fill="DCE9EC"/>
          </w:tcPr>
          <w:p>
            <w:r>
              <w:rPr>
                <w:b/>
              </w:rPr>
              <w:t>Телефон/e-mail</w:t>
            </w:r>
          </w:p>
        </w:tc>
        <w:tc>
          <w:tcPr>
            <w:tcW w:type="dxa" w:w="2040"/>
            <w:shd w:fill="DCE9EC"/>
          </w:tcPr>
          <w:p>
            <w:r>
              <w:rPr>
                <w:b/>
              </w:rPr>
              <w:t>Разрешенный объем сведений</w:t>
            </w:r>
          </w:p>
        </w:tc>
        <w:tc>
          <w:tcPr>
            <w:tcW w:type="dxa" w:w="2040"/>
            <w:shd w:fill="DCE9EC"/>
          </w:tcPr>
          <w:p>
            <w:r>
              <w:rPr>
                <w:b/>
              </w:rPr>
              <w:t>Способ предоставления</w:t>
            </w:r>
          </w:p>
        </w:tc>
      </w:tr>
      <w:tr>
        <w:trPr>
          <w:cantSplit/>
        </w:trPr>
        <w:tc>
          <w:tcPr>
            <w:tcW w:type="dxa" w:w="2040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040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040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r/>
          </w:p>
        </w:tc>
      </w:tr>
    </w:tbl>
    <w:p>
      <w:pPr>
        <w:pStyle w:val="Heading1"/>
      </w:pPr>
      <w:r>
        <w:t>Возможный объем сведений (отметить)</w:t>
      </w:r>
    </w:p>
    <w:p>
      <w:pPr>
        <w:keepLines w:val="0"/>
      </w:pPr>
      <w:r>
        <w:rPr>
          <w:i w:val="0"/>
        </w:rPr>
        <w:t>□ факт обращения/нахождения в клинике;</w:t>
      </w:r>
    </w:p>
    <w:p>
      <w:pPr>
        <w:keepLines w:val="0"/>
      </w:pPr>
      <w:r>
        <w:rPr>
          <w:i w:val="0"/>
        </w:rPr>
        <w:t>□ дата/время записи;</w:t>
      </w:r>
    </w:p>
    <w:p>
      <w:pPr>
        <w:keepLines w:val="0"/>
      </w:pPr>
      <w:r>
        <w:rPr>
          <w:i w:val="0"/>
        </w:rPr>
        <w:t>□ диагноз/состояние здоровья;</w:t>
      </w:r>
    </w:p>
    <w:p>
      <w:pPr>
        <w:keepLines w:val="0"/>
      </w:pPr>
      <w:r>
        <w:rPr>
          <w:i w:val="0"/>
        </w:rPr>
        <w:t>□ результаты исследований и медицинские документы;</w:t>
      </w:r>
    </w:p>
    <w:p>
      <w:pPr>
        <w:keepLines w:val="0"/>
      </w:pPr>
      <w:r>
        <w:rPr>
          <w:i w:val="0"/>
        </w:rPr>
        <w:t>□ назначения и рекомендации;</w:t>
      </w:r>
    </w:p>
    <w:p>
      <w:pPr>
        <w:keepLines w:val="0"/>
      </w:pPr>
      <w:r>
        <w:rPr>
          <w:i w:val="0"/>
        </w:rPr>
        <w:t>□ сведения об оплате;</w:t>
      </w:r>
    </w:p>
    <w:p>
      <w:pPr>
        <w:keepLines w:val="0"/>
      </w:pPr>
      <w:r>
        <w:rPr>
          <w:i w:val="0"/>
        </w:rPr>
        <w:t>□ иное: ________________________________________________.</w:t>
      </w:r>
    </w:p>
    <w:p>
      <w:pPr>
        <w:pStyle w:val="Heading1"/>
      </w:pPr>
      <w:r>
        <w:t>Способ идентификации доверенного лица</w:t>
      </w:r>
    </w:p>
    <w:p>
      <w:pPr>
        <w:keepLines w:val="0"/>
      </w:pPr>
      <w:r>
        <w:rPr>
          <w:i w:val="0"/>
        </w:rPr>
        <w:t>□ лично по документу, удостоверяющему личность;</w:t>
      </w:r>
    </w:p>
    <w:p>
      <w:pPr>
        <w:keepLines w:val="0"/>
      </w:pPr>
      <w:r>
        <w:rPr>
          <w:i w:val="0"/>
        </w:rPr>
        <w:t>□ по телефону после проверки кодового слова: ____________________________;</w:t>
      </w:r>
    </w:p>
    <w:p>
      <w:pPr>
        <w:keepLines w:val="0"/>
      </w:pPr>
      <w:r>
        <w:rPr>
          <w:i w:val="0"/>
        </w:rPr>
        <w:t>□ на указанный выше e-mail;</w:t>
      </w:r>
    </w:p>
    <w:p>
      <w:pPr>
        <w:keepLines w:val="0"/>
      </w:pPr>
      <w:r>
        <w:rPr>
          <w:i w:val="0"/>
        </w:rPr>
        <w:t>□ иной согласованный способ: ____________________________________________.</w:t>
      </w:r>
    </w:p>
    <w:p>
      <w:pPr>
        <w:keepLines w:val="0"/>
      </w:pPr>
      <w:r>
        <w:rPr>
          <w:i w:val="0"/>
        </w:rPr>
        <w:t>Согласие действует до: □ моего письменного отзыва; □ даты «___» __________ 20___ г.; □ иного события: ____________________.</w:t>
      </w:r>
    </w:p>
    <w:p>
      <w:pPr>
        <w:keepLines w:val="0"/>
      </w:pPr>
      <w:r>
        <w:rPr>
          <w:i w:val="0"/>
        </w:rPr>
        <w:t>Я понимаю, что согласие можно отозвать письменным обращением в клинику. Отзыв действует на будущее и не делает неправомерным раскрытие, осуществленное до получения отзыва на основании действовавшего согласия.</w:t>
      </w:r>
    </w:p>
    <w:p>
      <w:pPr>
        <w:keepLines w:val="0"/>
      </w:pPr>
      <w:r>
        <w:rPr>
          <w:i w:val="0"/>
        </w:rPr>
        <w:t>Пациент: _____________________ / ________________________________    Дата: «___» _________ 20___ г.</w:t>
      </w:r>
    </w:p>
    <w:p>
      <w:pPr>
        <w:keepLines w:val="0"/>
      </w:pPr>
      <w:r>
        <w:rPr>
          <w:i w:val="0"/>
        </w:rPr>
        <w:t>Принял сотрудник клиники: _____________________ / 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850" w:left="1020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6464"/>
        <w:sz w:val="15"/>
      </w:rPr>
      <w:t xml:space="preserve">Версия 17.08.2026   |   </w:t>
    </w:r>
    <w:r>
      <w:rPr>
        <w:color w:val="646464"/>
        <w:sz w:val="15"/>
      </w:rPr>
      <w:t xml:space="preserve">стр.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5C828A"/>
        <w:sz w:val="17"/>
      </w:rPr>
      <w:t>МЕДИЦИНСКИЙ ЦЕНТР «ДИОНИС»</w:t>
    </w:r>
    <w:r>
      <w:rPr>
        <w:color w:val="646464"/>
        <w:sz w:val="15"/>
      </w:rPr>
      <w:t xml:space="preserve">   |   ИНН 7736325138   |   dionis-med.ru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D1D1B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D1D1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20"/>
      <w:contextualSpacing/>
    </w:pPr>
    <w:rPr>
      <w:rFonts w:asciiTheme="majorHAnsi" w:eastAsiaTheme="majorEastAsia" w:hAnsiTheme="majorHAnsi" w:cstheme="majorBidi" w:ascii="Arial" w:hAnsi="Arial" w:eastAsia="Arial"/>
      <w:b/>
      <w:color w:val="1D1D1B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