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rFonts w:ascii="Arial" w:hAnsi="Arial" w:eastAsia="Arial" w:cs="Arial"/>
          <w:sz w:val="30"/>
        </w:rPr>
        <w:t>СОГЛАСИЕ</w:t>
      </w:r>
    </w:p>
    <w:p>
      <w:pPr>
        <w:jc w:val="center"/>
      </w:pPr>
      <w:r>
        <w:rPr>
          <w:rFonts w:ascii="Arial" w:hAnsi="Arial" w:eastAsia="Arial" w:cs="Arial"/>
          <w:b/>
          <w:sz w:val="20"/>
        </w:rPr>
        <w:t>на аудио- и/или видеозапись медицинского приема, консультации или процедуры</w:t>
      </w:r>
    </w:p>
    <w:p>
      <w:pPr>
        <w:jc w:val="left"/>
      </w:pPr>
      <w:r>
        <w:rPr>
          <w:rFonts w:ascii="Arial" w:hAnsi="Arial" w:eastAsia="Arial" w:cs="Arial"/>
          <w:b w:val="0"/>
          <w:sz w:val="20"/>
        </w:rPr>
        <w:t>Я, ______________________________________________________________________________________,</w:t>
      </w:r>
    </w:p>
    <w:p>
      <w:pPr>
        <w:jc w:val="left"/>
      </w:pPr>
      <w:r>
        <w:rPr>
          <w:rFonts w:ascii="Arial" w:hAnsi="Arial" w:eastAsia="Arial" w:cs="Arial"/>
          <w:b w:val="0"/>
          <w:sz w:val="20"/>
        </w:rPr>
        <w:t>дата рождения «___» __________ ______ г., документ, удостоверяющий личность: ______________________________</w:t>
      </w:r>
    </w:p>
    <w:p>
      <w:pPr>
        <w:jc w:val="left"/>
      </w:pPr>
      <w:r>
        <w:rPr>
          <w:rFonts w:ascii="Arial" w:hAnsi="Arial" w:eastAsia="Arial" w:cs="Arial"/>
          <w:b w:val="0"/>
          <w:sz w:val="20"/>
        </w:rPr>
        <w:t>_________________________________________________________________________________________________________,</w:t>
      </w:r>
    </w:p>
    <w:p>
      <w:pPr>
        <w:jc w:val="left"/>
      </w:pPr>
      <w:r>
        <w:rPr>
          <w:rFonts w:ascii="Arial" w:hAnsi="Arial" w:eastAsia="Arial" w:cs="Arial"/>
          <w:b w:val="0"/>
          <w:sz w:val="20"/>
        </w:rPr>
        <w:t>адрес: __________________________________________________________________________________________________,</w:t>
      </w:r>
    </w:p>
    <w:p>
      <w:pPr>
        <w:jc w:val="left"/>
      </w:pPr>
      <w:r>
        <w:rPr>
          <w:rFonts w:ascii="Arial" w:hAnsi="Arial" w:eastAsia="Arial" w:cs="Arial"/>
          <w:b w:val="0"/>
          <w:sz w:val="20"/>
        </w:rPr>
        <w:t>настоящим даю ООО МЕДИЦИНСКИЙ ЦЕНТР "ДИОНИС", ОГРН 1197746651530, ИНН 7736325138, адрес: 119311, г. Москва, вн. тер. г. муниципальный округ Ломоносовский, ул. Строителей, д. 3, помещ. 3/1 (далее — «Оператор»), отдельное письменное согласие на обработку моих персональных данных посредством аудио- и/или видеозаписи на условиях ниже.</w:t>
      </w:r>
    </w:p>
    <w:p>
      <w:pPr>
        <w:pStyle w:val="Heading1"/>
      </w:pPr>
      <w:r>
        <w:rPr>
          <w:rFonts w:ascii="Arial" w:hAnsi="Arial" w:eastAsia="Arial" w:cs="Arial"/>
          <w:sz w:val="24"/>
        </w:rPr>
        <w:t>1. Конкретная запись</w:t>
      </w:r>
    </w:p>
    <w:p>
      <w:pPr>
        <w:jc w:val="left"/>
      </w:pPr>
      <w:r>
        <w:rPr>
          <w:rFonts w:ascii="Arial" w:hAnsi="Arial" w:eastAsia="Arial" w:cs="Arial"/>
          <w:b w:val="0"/>
          <w:sz w:val="20"/>
        </w:rPr>
        <w:t>Дата приема/процедуры: «___» __________ 20___ г.   Кабинет/зона: _________________________________</w:t>
      </w:r>
    </w:p>
    <w:p>
      <w:pPr>
        <w:jc w:val="left"/>
      </w:pPr>
      <w:r>
        <w:rPr>
          <w:rFonts w:ascii="Arial" w:hAnsi="Arial" w:eastAsia="Arial" w:cs="Arial"/>
          <w:b w:val="0"/>
          <w:sz w:val="20"/>
        </w:rPr>
        <w:t>Медицинский работник: __________________________________________________________________________________</w:t>
      </w:r>
    </w:p>
    <w:p>
      <w:pPr>
        <w:jc w:val="left"/>
      </w:pPr>
      <w:r>
        <w:rPr>
          <w:rFonts w:ascii="Arial" w:hAnsi="Arial" w:eastAsia="Arial" w:cs="Arial"/>
          <w:b w:val="0"/>
          <w:sz w:val="20"/>
        </w:rPr>
        <w:t>Разрешаю:  □ видеозапись   □ аудиозапись   □ аудио- и видеозапись</w:t>
      </w:r>
    </w:p>
    <w:p>
      <w:pPr>
        <w:pStyle w:val="Heading1"/>
      </w:pPr>
      <w:r>
        <w:rPr>
          <w:rFonts w:ascii="Arial" w:hAnsi="Arial" w:eastAsia="Arial" w:cs="Arial"/>
          <w:sz w:val="24"/>
        </w:rPr>
        <w:t>2. Цели обработки</w:t>
      </w:r>
    </w:p>
    <w:p>
      <w:pPr>
        <w:pStyle w:val="ListBullet"/>
      </w:pPr>
      <w:r>
        <w:rPr>
          <w:rFonts w:ascii="Arial" w:hAnsi="Arial" w:eastAsia="Arial" w:cs="Arial"/>
          <w:sz w:val="21"/>
        </w:rPr>
        <w:t>обеспечение дополнительной безопасности пациента и работников при оказании услуги;</w:t>
      </w:r>
    </w:p>
    <w:p>
      <w:pPr>
        <w:pStyle w:val="ListBullet"/>
      </w:pPr>
      <w:r>
        <w:rPr>
          <w:rFonts w:ascii="Arial" w:hAnsi="Arial" w:eastAsia="Arial" w:cs="Arial"/>
          <w:sz w:val="21"/>
        </w:rPr>
        <w:t>внутренний контроль качества и разбор спорных/нештатных ситуаций;</w:t>
      </w:r>
    </w:p>
    <w:p>
      <w:pPr>
        <w:pStyle w:val="ListBullet"/>
      </w:pPr>
      <w:r>
        <w:rPr>
          <w:rFonts w:ascii="Arial" w:hAnsi="Arial" w:eastAsia="Arial" w:cs="Arial"/>
          <w:sz w:val="21"/>
        </w:rPr>
        <w:t>подтверждение фактических обстоятельств приема при рассмотрении обращения, претензии или спора, если это необходимо и допускается законом.</w:t>
      </w:r>
    </w:p>
    <w:p>
      <w:pPr>
        <w:jc w:val="left"/>
      </w:pPr>
      <w:r>
        <w:rPr>
          <w:rFonts w:ascii="Arial" w:hAnsi="Arial" w:eastAsia="Arial" w:cs="Arial"/>
          <w:b w:val="0"/>
          <w:sz w:val="20"/>
        </w:rPr>
        <w:t>Запись не предназначена для рекламы, публикации, размещения в сети Интернет, обучения публичных моделей искусственного интеллекта либо биометрической идентификации. Любое такое использование требует самостоятельного законного основания и, когда это требуется, отдельного согласия.</w:t>
      </w:r>
    </w:p>
    <w:p>
      <w:pPr>
        <w:pStyle w:val="Heading1"/>
      </w:pPr>
      <w:r>
        <w:rPr>
          <w:rFonts w:ascii="Arial" w:hAnsi="Arial" w:eastAsia="Arial" w:cs="Arial"/>
          <w:sz w:val="24"/>
        </w:rPr>
        <w:t>3. Состав данных</w:t>
      </w:r>
    </w:p>
    <w:p>
      <w:pPr>
        <w:jc w:val="left"/>
      </w:pPr>
      <w:r>
        <w:rPr>
          <w:rFonts w:ascii="Arial" w:hAnsi="Arial" w:eastAsia="Arial" w:cs="Arial"/>
          <w:b w:val="0"/>
          <w:sz w:val="20"/>
        </w:rPr>
        <w:t>Изображение, голос, дата и время записи, сведения о действиях и высказываниях участников приема, а также сведения о состоянии здоровья, жалобах, анамнезе, диагнозе, назначениях, результатах обследований и иная информация, которая фактически попадает в запись. Мне известно, что сведения о состоянии здоровья относятся к специальным категориям персональных данных и могут составлять врачебную тайну.</w:t>
      </w:r>
    </w:p>
    <w:p>
      <w:pPr>
        <w:pStyle w:val="Heading1"/>
      </w:pPr>
      <w:r>
        <w:rPr>
          <w:rFonts w:ascii="Arial" w:hAnsi="Arial" w:eastAsia="Arial" w:cs="Arial"/>
          <w:sz w:val="24"/>
        </w:rPr>
        <w:t>4. Действия с данными</w:t>
      </w:r>
    </w:p>
    <w:p>
      <w:pPr>
        <w:jc w:val="left"/>
      </w:pPr>
      <w:r>
        <w:rPr>
          <w:rFonts w:ascii="Arial" w:hAnsi="Arial" w:eastAsia="Arial" w:cs="Arial"/>
          <w:b w:val="0"/>
          <w:sz w:val="20"/>
        </w:rPr>
        <w:t>Сбор (фиксация), запись, систематизация, накопление, хранение, просмотр, извлечение, использование, блокирование, удаление и уничтожение записи; предоставление записи допускается только уполномоченным лицам внутри Оператора либо иным лицам/органам в случаях, предусмотренных законом или отдельным законным основанием.</w:t>
      </w:r>
    </w:p>
    <w:p>
      <w:pPr>
        <w:pStyle w:val="Heading1"/>
      </w:pPr>
      <w:r>
        <w:rPr>
          <w:rFonts w:ascii="Arial" w:hAnsi="Arial" w:eastAsia="Arial" w:cs="Arial"/>
          <w:sz w:val="24"/>
        </w:rPr>
        <w:t>5. Срок хранения</w:t>
      </w:r>
    </w:p>
    <w:p>
      <w:pPr>
        <w:jc w:val="left"/>
      </w:pPr>
      <w:r>
        <w:rPr>
          <w:rFonts w:ascii="Arial" w:hAnsi="Arial" w:eastAsia="Arial" w:cs="Arial"/>
          <w:b w:val="0"/>
          <w:sz w:val="20"/>
          <w:shd w:fill="FFF2CC"/>
        </w:rPr>
        <w:t>Запись хранится не более [УТВЕРДИТЬ: 30] календарных дней с даты создания. Если до истечения срока запись выделена в связи с инцидентом, обращением, претензией, проверкой или судебным спором, она может храниться отдельно до завершения соответствующей процедуры и далее в течение срока, необходимого для защиты прав и исполнения обязанностей Оператора, при наличии законного основания.</w:t>
      </w:r>
    </w:p>
    <w:p>
      <w:pPr>
        <w:pStyle w:val="Heading1"/>
      </w:pPr>
      <w:r>
        <w:rPr>
          <w:rFonts w:ascii="Arial" w:hAnsi="Arial" w:eastAsia="Arial" w:cs="Arial"/>
          <w:sz w:val="24"/>
        </w:rPr>
        <w:t>6. Отзыв согласия и отказ от записи</w:t>
      </w:r>
    </w:p>
    <w:p>
      <w:pPr>
        <w:jc w:val="left"/>
      </w:pPr>
      <w:r>
        <w:rPr>
          <w:rFonts w:ascii="Arial" w:hAnsi="Arial" w:eastAsia="Arial" w:cs="Arial"/>
          <w:b w:val="0"/>
          <w:sz w:val="20"/>
          <w:shd w:fill="FFF2CC"/>
        </w:rPr>
        <w:t>Я могу отозвать настоящее согласие письменным заявлением по адресу 119311, г. Москва, вн. тер. г. муниципальный округ Ломоносовский, ул. Строителей, д. 3, помещ. 3/1 или по e-mail: dionis-med@yandex.ru. После получения отзыва Оператор прекращает обработку, основанную исключительно на этом согласии, и уничтожает запись в установленный законом срок, если отсутствует иное законное основание для ее дальнейшей обработки.</w:t>
      </w:r>
    </w:p>
    <w:p>
      <w:pPr>
        <w:jc w:val="left"/>
      </w:pPr>
      <w:r>
        <w:rPr>
          <w:rFonts w:ascii="Arial" w:hAnsi="Arial" w:eastAsia="Arial" w:cs="Arial"/>
          <w:b w:val="0"/>
          <w:sz w:val="20"/>
        </w:rPr>
        <w:t>Мне разъяснено, что отказ от необязательной аудио- или видеозаписи сам по себе не является основанием для отказа в медицинской услуге. При технической невозможности отключить запись в кабинете клиника должна предложить организационный вариант, позволяющий оказать услугу без необязательной записи, если иное не предусмотрено законом.</w:t>
      </w:r>
    </w:p>
    <w:p>
      <w:pPr>
        <w:pStyle w:val="Heading1"/>
      </w:pPr>
      <w:r>
        <w:rPr>
          <w:rFonts w:ascii="Arial" w:hAnsi="Arial" w:eastAsia="Arial" w:cs="Arial"/>
          <w:sz w:val="24"/>
        </w:rPr>
        <w:t>7. Подтверждение</w:t>
      </w:r>
    </w:p>
    <w:p>
      <w:pPr>
        <w:jc w:val="left"/>
      </w:pPr>
      <w:r>
        <w:rPr>
          <w:rFonts w:ascii="Arial" w:hAnsi="Arial" w:eastAsia="Arial" w:cs="Arial"/>
          <w:b w:val="0"/>
          <w:sz w:val="20"/>
        </w:rPr>
        <w:t>Содержание согласия мне понятно; цели, состав данных, действия, срок хранения и порядок отзыва разъяснены. Согласие даю свободно, конкретно, предметно, информированно, сознательно и однозначно.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402"/>
        <w:gridCol w:w="5669"/>
      </w:tblGrid>
      <w:tr>
        <w:trPr>
          <w:cantSplit/>
        </w:trPr>
        <w:tc>
          <w:tcPr>
            <w:tcW w:type="dxa" w:w="5100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rial" w:hAnsi="Arial" w:eastAsia="Arial" w:cs="Arial"/>
                <w:sz w:val="18"/>
              </w:rPr>
              <w:t>Пациент / законный представитель</w:t>
            </w:r>
          </w:p>
        </w:tc>
        <w:tc>
          <w:tcPr>
            <w:tcW w:type="dxa" w:w="5100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rial" w:hAnsi="Arial" w:eastAsia="Arial" w:cs="Arial"/>
                <w:sz w:val="18"/>
              </w:rPr>
              <w:t>_____________________ / ________________________________</w:t>
            </w:r>
          </w:p>
        </w:tc>
      </w:tr>
      <w:tr>
        <w:trPr>
          <w:cantSplit/>
        </w:trPr>
        <w:tc>
          <w:tcPr>
            <w:tcW w:type="dxa" w:w="5100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rial" w:hAnsi="Arial" w:eastAsia="Arial" w:cs="Arial"/>
                <w:sz w:val="18"/>
              </w:rPr>
              <w:t>Дата</w:t>
            </w:r>
          </w:p>
        </w:tc>
        <w:tc>
          <w:tcPr>
            <w:tcW w:type="dxa" w:w="5100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rial" w:hAnsi="Arial" w:eastAsia="Arial" w:cs="Arial"/>
                <w:sz w:val="18"/>
              </w:rPr>
              <w:t>«___» __________ 20___ г.</w:t>
            </w:r>
          </w:p>
        </w:tc>
      </w:tr>
      <w:tr>
        <w:trPr>
          <w:cantSplit/>
        </w:trPr>
        <w:tc>
          <w:tcPr>
            <w:tcW w:type="dxa" w:w="5100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rial" w:hAnsi="Arial" w:eastAsia="Arial" w:cs="Arial"/>
                <w:sz w:val="18"/>
              </w:rPr>
              <w:t>Сотрудник, принявший согласие</w:t>
            </w:r>
          </w:p>
        </w:tc>
        <w:tc>
          <w:tcPr>
            <w:tcW w:type="dxa" w:w="5100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rial" w:hAnsi="Arial" w:eastAsia="Arial" w:cs="Arial"/>
                <w:sz w:val="18"/>
              </w:rPr>
              <w:t>_____________________ / ________________________________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00"/>
      </w:tblGrid>
      <w:tr>
        <w:trPr>
          <w:cantSplit/>
        </w:trPr>
        <w:tc>
          <w:tcPr>
            <w:tcW w:type="dxa" w:w="10200"/>
            <w:shd w:fill="FFF2CC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rial" w:hAnsi="Arial" w:eastAsia="Arial" w:cs="Arial"/>
                <w:sz w:val="18"/>
              </w:rPr>
              <w:t>ВАЖНО ДЛЯ КЛИНИКИ: форма применяется именно к записи медицинского приема/процедуры. Она не заменяет уведомление о видеонаблюдении в общих зонах и не должна использоваться как «согласие на камеры везде».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907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/>
      <w:b/>
      <w:bCs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/>
      <w:b/>
      <w:bCs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160"/>
      <w:contextualSpacing/>
    </w:pPr>
    <w:rPr>
      <w:rFonts w:asciiTheme="majorHAnsi" w:eastAsiaTheme="majorEastAsia" w:hAnsiTheme="majorHAnsi" w:cstheme="majorBidi" w:ascii="Arial" w:hAnsi="Arial"/>
      <w:b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