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60"/>
        <w:jc w:val="center"/>
      </w:pPr>
      <w:r>
        <w:rPr>
          <w:rFonts w:ascii="Arial" w:hAnsi="Arial"/>
          <w:b/>
          <w:color w:val="1D1D1B"/>
          <w:sz w:val="30"/>
        </w:rPr>
        <w:t>ИНФОРМИРОВАННОЕ ДОБРОВОЛЬНОЕ СОГЛАСИЕ</w:t>
      </w:r>
    </w:p>
    <w:p>
      <w:pPr>
        <w:spacing w:after="160"/>
        <w:jc w:val="center"/>
      </w:pPr>
      <w:r>
        <w:rPr>
          <w:i/>
          <w:color w:val="646464"/>
          <w:sz w:val="19"/>
        </w:rPr>
        <w:t>на медицинское вмешательство</w:t>
      </w:r>
    </w:p>
    <w:p>
      <w:pPr>
        <w:jc w:val="center"/>
      </w:pPr>
      <w:r>
        <w:rPr>
          <w:b/>
          <w:color w:val="5C828A"/>
          <w:sz w:val="17"/>
        </w:rPr>
        <w:t>Общая форма + форма отказа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</w:trPr>
        <w:tc>
          <w:tcPr>
            <w:tcW w:type="dxa" w:w="10200"/>
            <w:shd w:fill="F2F7F8"/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r>
              <w:rPr>
                <w:b/>
                <w:color w:val="5C828A"/>
              </w:rPr>
              <w:t xml:space="preserve">ВАЖНО: </w:t>
            </w:r>
            <w:r>
              <w:t>Форма предназначена для оформления общей первичной помощи/базовых вмешательств в пределах разъясненного врачом объема. Для процедур с отдельными существенными рисками используйте специальное ИДС на конкретное вмешательство.</w:t>
            </w:r>
          </w:p>
        </w:tc>
      </w:tr>
    </w:tbl>
    <w:p>
      <w:pPr>
        <w:spacing w:after="0"/>
      </w:pPr>
    </w:p>
    <w:p>
      <w:pPr>
        <w:keepLines w:val="0"/>
      </w:pPr>
      <w:r>
        <w:rPr>
          <w:i w:val="0"/>
        </w:rPr>
        <w:t>Я, __________________________________________________________________________________________,</w:t>
      </w:r>
    </w:p>
    <w:p>
      <w:pPr>
        <w:keepLines w:val="0"/>
      </w:pPr>
      <w:r>
        <w:rPr>
          <w:i w:val="0"/>
        </w:rPr>
        <w:t>дата рождения ____/____/________, адрес ___________________________________________________________________,</w:t>
      </w:r>
    </w:p>
    <w:p>
      <w:pPr>
        <w:keepLines w:val="0"/>
      </w:pPr>
      <w:r>
        <w:rPr>
          <w:i w:val="0"/>
        </w:rPr>
        <w:t>в отношении себя / пациента ______________________________________________________________________________</w:t>
      </w:r>
    </w:p>
    <w:p>
      <w:pPr>
        <w:keepLines w:val="0"/>
      </w:pPr>
      <w:r>
        <w:rPr>
          <w:i w:val="0"/>
        </w:rPr>
        <w:t>(при подписании законным представителем указать ФИО пациента, дату рождения и основание полномочий)</w:t>
      </w:r>
    </w:p>
    <w:p>
      <w:pPr>
        <w:keepLines w:val="0"/>
      </w:pPr>
      <w:r>
        <w:rPr>
          <w:i w:val="0"/>
        </w:rPr>
        <w:t>добровольно даю согласие медицинскому работнику ООО МЕДИЦИНСКИЙ ЦЕНТР "ДИОНИС" на медицинское вмешательство в объеме, необходимом для оказания согласованной медицинской помощи.</w:t>
      </w:r>
    </w:p>
    <w:p>
      <w:pPr>
        <w:pStyle w:val="Heading1"/>
      </w:pPr>
      <w:r>
        <w:t>Мне в доступной форме разъяснено</w:t>
      </w:r>
    </w:p>
    <w:p>
      <w:pPr>
        <w:pStyle w:val="ListBullet"/>
        <w:spacing w:after="40"/>
      </w:pPr>
      <w:r>
        <w:t>состояние здоровья и цель предлагаемого медицинского вмешательства;</w:t>
      </w:r>
    </w:p>
    <w:p>
      <w:pPr>
        <w:pStyle w:val="ListBullet"/>
        <w:spacing w:after="40"/>
      </w:pPr>
      <w:r>
        <w:t>методы оказания медицинской помощи и порядок выполнения предложенных вмешательств;</w:t>
      </w:r>
    </w:p>
    <w:p>
      <w:pPr>
        <w:pStyle w:val="ListBullet"/>
        <w:spacing w:after="40"/>
      </w:pPr>
      <w:r>
        <w:t>связанные с ними существенные риски и возможные осложнения применительно к моему состоянию;</w:t>
      </w:r>
    </w:p>
    <w:p>
      <w:pPr>
        <w:pStyle w:val="ListBullet"/>
        <w:spacing w:after="40"/>
      </w:pPr>
      <w:r>
        <w:t>разумные альтернативные варианты медицинского вмешательства, в том числе возможность отказа от предложенного вмешательства;</w:t>
      </w:r>
    </w:p>
    <w:p>
      <w:pPr>
        <w:pStyle w:val="ListBullet"/>
        <w:spacing w:after="40"/>
      </w:pPr>
      <w:r>
        <w:t>возможные последствия каждого варианта и отказа;</w:t>
      </w:r>
    </w:p>
    <w:p>
      <w:pPr>
        <w:pStyle w:val="ListBullet"/>
        <w:spacing w:after="40"/>
      </w:pPr>
      <w:r>
        <w:t>предполагаемые результаты медицинской помощи и обстоятельства, которые могут повлиять на результат;</w:t>
      </w:r>
    </w:p>
    <w:p>
      <w:pPr>
        <w:pStyle w:val="ListBullet"/>
        <w:spacing w:after="40"/>
      </w:pPr>
      <w:r>
        <w:t>необходимость сообщить врачу об аллергиях, беременности, принимаемых препаратах, хронических заболеваниях и иных значимых обстоятельствах.</w:t>
      </w:r>
    </w:p>
    <w:p>
      <w:pPr>
        <w:pStyle w:val="Heading1"/>
      </w:pPr>
      <w:r>
        <w:t>Согласованный объем</w:t>
      </w:r>
    </w:p>
    <w:p>
      <w:pPr>
        <w:keepLines w:val="0"/>
      </w:pPr>
      <w:r>
        <w:rPr>
          <w:i w:val="0"/>
        </w:rPr>
        <w:t>Диагноз/предварительный диагноз или цель обращения: ____________________________________________________________</w:t>
      </w:r>
    </w:p>
    <w:p>
      <w:pPr>
        <w:keepLines w:val="0"/>
      </w:pPr>
      <w:r>
        <w:rPr>
          <w:i w:val="0"/>
        </w:rPr>
        <w:t>Предлагаемые вмешательства/виды медицинской помощи: __________________________________________________________</w:t>
      </w:r>
    </w:p>
    <w:p>
      <w:pPr>
        <w:keepLines w:val="0"/>
      </w:pPr>
      <w:r>
        <w:rPr>
          <w:i w:val="0"/>
        </w:rPr>
        <w:t>____________________________________________________________________________________________________________</w:t>
      </w:r>
    </w:p>
    <w:p>
      <w:pPr>
        <w:keepLines w:val="0"/>
      </w:pPr>
      <w:r>
        <w:rPr>
          <w:i w:val="0"/>
        </w:rPr>
        <w:t>Особые риски/ограничения, разъясненные конкретно этому пациенту: _________________________________________________</w:t>
      </w:r>
    </w:p>
    <w:p>
      <w:pPr>
        <w:keepLines w:val="0"/>
      </w:pPr>
      <w:r>
        <w:rPr>
          <w:i w:val="0"/>
        </w:rPr>
        <w:t>____________________________________________________________________________________________________________</w:t>
      </w:r>
    </w:p>
    <w:p>
      <w:pPr>
        <w:pStyle w:val="Heading1"/>
      </w:pPr>
      <w:r>
        <w:t>Лица, которым можно сообщить сведения о моем здоровье</w:t>
      </w:r>
    </w:p>
    <w:p>
      <w:pPr>
        <w:keepLines w:val="0"/>
      </w:pPr>
      <w:r>
        <w:rPr>
          <w:i w:val="0"/>
        </w:rPr>
        <w:t>□ никому дополнительно не сообщать, кроме случаев, предусмотренных законом</w:t>
      </w:r>
    </w:p>
    <w:p>
      <w:pPr>
        <w:keepLines w:val="0"/>
      </w:pPr>
      <w:r>
        <w:rPr>
          <w:i w:val="0"/>
        </w:rPr>
        <w:t>□ разрешаю сообщать: ФИО ________________________________________, телефон ______________________, объем сведений ________________________________.</w:t>
      </w:r>
    </w:p>
    <w:p>
      <w:pPr>
        <w:keepLines w:val="0"/>
      </w:pPr>
      <w:r>
        <w:rPr>
          <w:i w:val="0"/>
        </w:rPr>
        <w:t>Я понимаю, что могу отозвать настоящее согласие/отказаться от конкретного вмешательства до его проведения, за исключением предусмотренных законом случаев, когда медицинское вмешательство допускается без согласия.</w:t>
      </w:r>
    </w:p>
    <w:p>
      <w:pPr>
        <w:keepLines w:val="0"/>
      </w:pPr>
      <w:r>
        <w:rPr>
          <w:i w:val="0"/>
        </w:rPr>
        <w:t>Я получил(а) возможность задать вопросы; ответы мне понятны; решение принято добровольно.</w:t>
      </w:r>
    </w:p>
    <w:p>
      <w:pPr>
        <w:keepLines w:val="0"/>
      </w:pPr>
      <w:r>
        <w:rPr>
          <w:i w:val="0"/>
        </w:rPr>
        <w:t>Пациент/законный представитель: _____________________ / ________________________________   Дата: «___» _________ 20___ г.</w:t>
      </w:r>
    </w:p>
    <w:p>
      <w:pPr>
        <w:keepLines w:val="0"/>
      </w:pPr>
      <w:r>
        <w:rPr>
          <w:i w:val="0"/>
        </w:rPr>
        <w:t>Медицинский работник, предоставивший информацию: _____________________ / ________________________________   Дата: «___» _________ 20___ г.</w:t>
      </w:r>
    </w:p>
    <w:p>
      <w:r>
        <w:br w:type="page"/>
      </w:r>
    </w:p>
    <w:p>
      <w:pPr>
        <w:spacing w:before="160" w:after="160"/>
        <w:jc w:val="center"/>
      </w:pPr>
      <w:r>
        <w:rPr>
          <w:rFonts w:ascii="Arial" w:hAnsi="Arial"/>
          <w:b/>
          <w:color w:val="1D1D1B"/>
          <w:sz w:val="30"/>
        </w:rPr>
        <w:t>ОТКАЗ</w:t>
      </w:r>
    </w:p>
    <w:p>
      <w:pPr>
        <w:spacing w:after="160"/>
        <w:jc w:val="center"/>
      </w:pPr>
      <w:r>
        <w:rPr>
          <w:i/>
          <w:color w:val="646464"/>
          <w:sz w:val="19"/>
        </w:rPr>
        <w:t>от медицинского вмешательства</w:t>
      </w:r>
    </w:p>
    <w:p>
      <w:pPr>
        <w:keepLines w:val="0"/>
      </w:pPr>
      <w:r>
        <w:rPr>
          <w:i w:val="0"/>
        </w:rPr>
        <w:t>Я, __________________________________________________________________________________________,</w:t>
      </w:r>
    </w:p>
    <w:p>
      <w:pPr>
        <w:keepLines w:val="0"/>
      </w:pPr>
      <w:r>
        <w:rPr>
          <w:i w:val="0"/>
        </w:rPr>
        <w:t>дата рождения ____/____/________, адрес ___________________________________________________________________,</w:t>
      </w:r>
    </w:p>
    <w:p>
      <w:pPr>
        <w:keepLines w:val="0"/>
      </w:pPr>
      <w:r>
        <w:rPr>
          <w:i w:val="0"/>
        </w:rPr>
        <w:t>в отношении себя / пациента ______________________________________________________________________________,</w:t>
      </w:r>
    </w:p>
    <w:p>
      <w:pPr>
        <w:keepLines w:val="0"/>
      </w:pPr>
      <w:r>
        <w:rPr>
          <w:i w:val="0"/>
        </w:rPr>
        <w:t>после разъяснения медицинским работником отказываюсь от следующего медицинского вмешательства (вида помощи):</w:t>
      </w:r>
    </w:p>
    <w:p>
      <w:pPr>
        <w:keepLines w:val="0"/>
      </w:pPr>
      <w:r>
        <w:rPr>
          <w:i w:val="0"/>
        </w:rPr>
        <w:t>____________________________________________________________________________________________________________</w:t>
      </w:r>
    </w:p>
    <w:p>
      <w:pPr>
        <w:keepLines w:val="0"/>
      </w:pPr>
      <w:r>
        <w:rPr>
          <w:i w:val="0"/>
        </w:rPr>
        <w:t>____________________________________________________________________________________________________________</w:t>
      </w:r>
    </w:p>
    <w:p>
      <w:pPr>
        <w:pStyle w:val="Heading1"/>
      </w:pPr>
      <w:r>
        <w:t>Мне разъяснены возможные последствия отказа</w:t>
      </w:r>
    </w:p>
    <w:p>
      <w:pPr>
        <w:keepLines w:val="0"/>
      </w:pPr>
      <w:r>
        <w:rPr>
          <w:i w:val="0"/>
        </w:rPr>
        <w:t>____________________________________________________________________________________________________________</w:t>
      </w:r>
    </w:p>
    <w:p>
      <w:pPr>
        <w:keepLines w:val="0"/>
      </w:pPr>
      <w:r>
        <w:rPr>
          <w:i w:val="0"/>
        </w:rPr>
        <w:t>____________________________________________________________________________________________________________</w:t>
      </w:r>
    </w:p>
    <w:p>
      <w:pPr>
        <w:keepLines w:val="0"/>
      </w:pPr>
      <w:r>
        <w:rPr>
          <w:i w:val="0"/>
        </w:rPr>
        <w:t>Мне предложены следующие альтернативы/наблюдение/обращение за медицинской помощью при ухудшении состояния:</w:t>
      </w:r>
    </w:p>
    <w:p>
      <w:pPr>
        <w:keepLines w:val="0"/>
      </w:pPr>
      <w:r>
        <w:rPr>
          <w:i w:val="0"/>
        </w:rPr>
        <w:t>____________________________________________________________________________________________________________</w:t>
      </w:r>
    </w:p>
    <w:p>
      <w:pPr>
        <w:keepLines w:val="0"/>
      </w:pPr>
      <w:r>
        <w:rPr>
          <w:i w:val="0"/>
        </w:rPr>
        <w:t>Решение принято мной добровольно после получения доступной информации и возможности задать вопросы.</w:t>
      </w:r>
    </w:p>
    <w:p>
      <w:pPr>
        <w:keepLines w:val="0"/>
      </w:pPr>
      <w:r>
        <w:rPr>
          <w:i w:val="0"/>
        </w:rPr>
        <w:t>Пациент/законный представитель: _____________________ / ________________________________   Дата: «___» _________ 20___ г.</w:t>
      </w:r>
    </w:p>
    <w:p>
      <w:pPr>
        <w:keepLines w:val="0"/>
      </w:pPr>
      <w:r>
        <w:rPr>
          <w:i w:val="0"/>
        </w:rPr>
        <w:t>Медицинский работник: _______________________________ / ________________________________   Дата: «___» _________ 20___ г.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464"/>
        <w:sz w:val="15"/>
      </w:rPr>
      <w:t xml:space="preserve">Версия 17.08.2026   |   </w:t>
    </w:r>
    <w:r>
      <w:rPr>
        <w:color w:val="646464"/>
        <w:sz w:val="15"/>
      </w:rPr>
      <w:t xml:space="preserve">стр.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5C828A"/>
        <w:sz w:val="17"/>
      </w:rPr>
      <w:t>МЕДИЦИНСКИЙ ЦЕНТР «ДИОНИС»</w:t>
    </w:r>
    <w:r>
      <w:rPr>
        <w:color w:val="646464"/>
        <w:sz w:val="15"/>
      </w:rPr>
      <w:t xml:space="preserve">   |   ИНН 7736325138   |   dionis-med.ru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D1D1B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D1D1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 w:eastAsia="Arial"/>
      <w:b/>
      <w:color w:val="1D1D1B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